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D643BA" w14:textId="77777777" w:rsidR="005D5823" w:rsidRDefault="00000000">
      <w:pPr>
        <w:spacing w:after="0"/>
      </w:pPr>
      <w:r>
        <w:rPr>
          <w:b/>
          <w:color w:val="203A57"/>
          <w:sz w:val="44"/>
        </w:rPr>
        <w:t>CURRÍCULUM VITAE</w:t>
      </w:r>
    </w:p>
    <w:p w14:paraId="04F10B65" w14:textId="77777777" w:rsidR="005D5823" w:rsidRDefault="00000000">
      <w:pPr>
        <w:spacing w:after="140"/>
      </w:pPr>
      <w:r>
        <w:rPr>
          <w:b/>
          <w:color w:val="777777"/>
          <w:sz w:val="22"/>
        </w:rPr>
        <w:t>SOLICITUD DE INGRESO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2268"/>
      </w:tblGrid>
      <w:tr w:rsidR="005D5823" w14:paraId="1F213DA5" w14:textId="77777777">
        <w:trPr>
          <w:cantSplit/>
          <w:jc w:val="right"/>
        </w:trPr>
        <w:tc>
          <w:tcPr>
            <w:tcW w:w="2268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1F3F5"/>
            <w:vAlign w:val="center"/>
          </w:tcPr>
          <w:p w14:paraId="2E4EC67C" w14:textId="176A5CDB" w:rsidR="005D5823" w:rsidRDefault="00000000">
            <w:pPr>
              <w:spacing w:after="0"/>
              <w:jc w:val="center"/>
            </w:pPr>
            <w:r>
              <w:rPr>
                <w:b/>
                <w:color w:val="777777"/>
                <w:sz w:val="18"/>
              </w:rPr>
              <w:t>FOTO</w:t>
            </w:r>
            <w:r>
              <w:rPr>
                <w:b/>
                <w:color w:val="777777"/>
                <w:sz w:val="18"/>
              </w:rPr>
              <w:br/>
            </w:r>
            <w:r>
              <w:rPr>
                <w:b/>
                <w:color w:val="777777"/>
                <w:sz w:val="18"/>
              </w:rPr>
              <w:br/>
              <w:t>Aspirante</w:t>
            </w:r>
          </w:p>
        </w:tc>
      </w:tr>
    </w:tbl>
    <w:p w14:paraId="59469810" w14:textId="77777777" w:rsidR="005D5823" w:rsidRDefault="005D582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8476"/>
      </w:tblGrid>
      <w:tr w:rsidR="005D5823" w14:paraId="00D1A828" w14:textId="77777777">
        <w:trPr>
          <w:cantSplit/>
        </w:trPr>
        <w:tc>
          <w:tcPr>
            <w:tcW w:w="70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03A57"/>
            <w:tcMar>
              <w:left w:w="0" w:type="dxa"/>
            </w:tcMar>
            <w:vAlign w:val="center"/>
          </w:tcPr>
          <w:p w14:paraId="044495B4" w14:textId="77777777" w:rsidR="005D5823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01</w:t>
            </w:r>
          </w:p>
        </w:tc>
        <w:tc>
          <w:tcPr>
            <w:tcW w:w="847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5"/>
            <w:vAlign w:val="center"/>
          </w:tcPr>
          <w:p w14:paraId="562FBF7B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21"/>
              </w:rPr>
              <w:t>DATOS PERSONALES Y PROFESIONALES</w:t>
            </w:r>
          </w:p>
        </w:tc>
      </w:tr>
    </w:tbl>
    <w:p w14:paraId="062CAB2D" w14:textId="77777777" w:rsidR="005D5823" w:rsidRDefault="005D5823">
      <w:pPr>
        <w:spacing w:before="20" w:after="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5"/>
        <w:gridCol w:w="6009"/>
      </w:tblGrid>
      <w:tr w:rsidR="005D5823" w14:paraId="42B7A19A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7AAF8A01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Correo electrónico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3B4E3798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5E1B2EE5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19BF738E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Teléfono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60C0C38F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7A580123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53E30140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Formación académica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46B3C9F8" w14:textId="77777777" w:rsidR="005D5823" w:rsidRDefault="005D5823">
            <w:pPr>
              <w:spacing w:after="0"/>
            </w:pPr>
          </w:p>
        </w:tc>
      </w:tr>
      <w:tr w:rsidR="005D5823" w14:paraId="3ADC8B2E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1D3097F3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 xml:space="preserve">   Grado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6C41FEE5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3D6B0786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39D44472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 xml:space="preserve">   Máster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1F529000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6BA287EE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4E0C6A02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 xml:space="preserve">   Doctorado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4D4BAFC2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1ADEE760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5545A939" w14:textId="7DD7028E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 xml:space="preserve">   Certificaciones nacionales / </w:t>
            </w:r>
            <w:r w:rsidR="0066010A">
              <w:rPr>
                <w:b/>
                <w:color w:val="203A57"/>
                <w:sz w:val="17"/>
              </w:rPr>
              <w:t xml:space="preserve">  </w:t>
            </w:r>
            <w:r>
              <w:rPr>
                <w:b/>
                <w:color w:val="203A57"/>
                <w:sz w:val="17"/>
              </w:rPr>
              <w:t>internacionales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6C79E1F8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382B704A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745F0026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Especialidad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7B95AD6F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0B5C88B7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757F8F30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Centro de trabajo y fecha de inicio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39A50924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67D0743D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77F597C3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Ciudad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23CC1864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</w:tbl>
    <w:p w14:paraId="4308460A" w14:textId="77777777" w:rsidR="005D5823" w:rsidRDefault="005D5823">
      <w:pPr>
        <w:pBdr>
          <w:bottom w:val="single" w:sz="6" w:space="1" w:color="D4DCE2"/>
        </w:pBdr>
        <w:spacing w:before="80"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8476"/>
      </w:tblGrid>
      <w:tr w:rsidR="005D5823" w14:paraId="38489722" w14:textId="77777777">
        <w:trPr>
          <w:cantSplit/>
        </w:trPr>
        <w:tc>
          <w:tcPr>
            <w:tcW w:w="70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03A57"/>
            <w:tcMar>
              <w:left w:w="0" w:type="dxa"/>
            </w:tcMar>
            <w:vAlign w:val="center"/>
          </w:tcPr>
          <w:p w14:paraId="2F73CD78" w14:textId="77777777" w:rsidR="005D5823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02</w:t>
            </w:r>
          </w:p>
        </w:tc>
        <w:tc>
          <w:tcPr>
            <w:tcW w:w="847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5"/>
            <w:vAlign w:val="center"/>
          </w:tcPr>
          <w:p w14:paraId="089E3449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21"/>
              </w:rPr>
              <w:t>ACTIVIDAD PROFESIONAL PREVIA</w:t>
            </w:r>
          </w:p>
        </w:tc>
      </w:tr>
    </w:tbl>
    <w:p w14:paraId="53DAB92F" w14:textId="77777777" w:rsidR="005D5823" w:rsidRDefault="005D5823">
      <w:pPr>
        <w:spacing w:before="20" w:after="40"/>
      </w:pPr>
    </w:p>
    <w:p w14:paraId="08FF2502" w14:textId="77777777" w:rsidR="005D5823" w:rsidRDefault="00000000">
      <w:r>
        <w:rPr>
          <w:i/>
          <w:color w:val="777777"/>
          <w:sz w:val="16"/>
        </w:rPr>
        <w:t>Indicar centro, puesto y fechas. Añadir tantas líneas como sean necesarias.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5"/>
        <w:gridCol w:w="6009"/>
      </w:tblGrid>
      <w:tr w:rsidR="005D5823" w14:paraId="0B63EB2F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3F3B648A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Experiencia 1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648CDF6B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Centro · Puesto · Fechas</w:t>
            </w:r>
          </w:p>
        </w:tc>
      </w:tr>
      <w:tr w:rsidR="005D5823" w14:paraId="685BC6F4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13421F5A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Experiencia 2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6AB978CA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Centro · Puesto · Fechas</w:t>
            </w:r>
          </w:p>
        </w:tc>
      </w:tr>
      <w:tr w:rsidR="005D5823" w14:paraId="6BB1224B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23EC7C39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Experiencia 3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42665AAB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Centro · Puesto · Fechas</w:t>
            </w:r>
          </w:p>
        </w:tc>
      </w:tr>
      <w:tr w:rsidR="005D5823" w14:paraId="754BBD1E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057D7EBA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Experiencia 4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3A735334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Centro · Puesto · Fechas</w:t>
            </w:r>
          </w:p>
        </w:tc>
      </w:tr>
    </w:tbl>
    <w:p w14:paraId="75A30FD2" w14:textId="77777777" w:rsidR="005D5823" w:rsidRDefault="005D5823">
      <w:pPr>
        <w:pBdr>
          <w:bottom w:val="single" w:sz="6" w:space="1" w:color="D4DCE2"/>
        </w:pBdr>
        <w:spacing w:before="80"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8476"/>
      </w:tblGrid>
      <w:tr w:rsidR="005D5823" w14:paraId="20D31C2D" w14:textId="77777777">
        <w:trPr>
          <w:cantSplit/>
        </w:trPr>
        <w:tc>
          <w:tcPr>
            <w:tcW w:w="70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03A57"/>
            <w:tcMar>
              <w:left w:w="0" w:type="dxa"/>
            </w:tcMar>
            <w:vAlign w:val="center"/>
          </w:tcPr>
          <w:p w14:paraId="0BA2E919" w14:textId="77777777" w:rsidR="005D5823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03</w:t>
            </w:r>
          </w:p>
        </w:tc>
        <w:tc>
          <w:tcPr>
            <w:tcW w:w="847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5"/>
            <w:vAlign w:val="center"/>
          </w:tcPr>
          <w:p w14:paraId="03D516AA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21"/>
              </w:rPr>
              <w:t>ACTIVIDAD CIENTÍFICA · ÚLTIMOS 5 AÑOS</w:t>
            </w:r>
          </w:p>
        </w:tc>
      </w:tr>
    </w:tbl>
    <w:p w14:paraId="5DECA876" w14:textId="77777777" w:rsidR="005D5823" w:rsidRDefault="005D5823">
      <w:pPr>
        <w:spacing w:before="20" w:after="40"/>
      </w:pPr>
    </w:p>
    <w:p w14:paraId="5B07A6F5" w14:textId="77777777" w:rsidR="005D5823" w:rsidRDefault="00000000">
      <w:pPr>
        <w:spacing w:before="60" w:after="0"/>
      </w:pPr>
      <w:r>
        <w:rPr>
          <w:b/>
          <w:color w:val="203A57"/>
        </w:rPr>
        <w:t>Publicaciones</w:t>
      </w:r>
    </w:p>
    <w:p w14:paraId="4F9CFB04" w14:textId="77777777" w:rsidR="005D5823" w:rsidRDefault="00000000">
      <w:r>
        <w:rPr>
          <w:i/>
          <w:color w:val="777777"/>
          <w:sz w:val="16"/>
        </w:rPr>
        <w:t>Apellido Iniciales, Apellido Iniciales… Título del artículo. Revista. Año; Volumen(Número):Página inicial–Página final.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5D5823" w14:paraId="1B18835C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5456A583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004B77CA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16742210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</w:tbl>
    <w:p w14:paraId="6A3F27CB" w14:textId="77777777" w:rsidR="005D5823" w:rsidRDefault="00000000">
      <w:pPr>
        <w:spacing w:before="60" w:after="0"/>
      </w:pPr>
      <w:r>
        <w:rPr>
          <w:b/>
          <w:color w:val="203A57"/>
        </w:rPr>
        <w:t>Capítulos de libro</w:t>
      </w:r>
    </w:p>
    <w:p w14:paraId="13E6856B" w14:textId="77777777" w:rsidR="005D5823" w:rsidRDefault="00000000">
      <w:r>
        <w:rPr>
          <w:i/>
          <w:color w:val="777777"/>
          <w:sz w:val="16"/>
        </w:rPr>
        <w:t>Autor(es). Título del capítulo. En: Editor(es). Título del libro. Edición. Lugar: Editorial; Año. p. páginas inicial–final.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5D5823" w14:paraId="476A956C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0D99269A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30689AAC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5EF321E8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</w:tbl>
    <w:p w14:paraId="380286B6" w14:textId="77777777" w:rsidR="005D5823" w:rsidRDefault="00000000">
      <w:pPr>
        <w:spacing w:before="60" w:after="0"/>
      </w:pPr>
      <w:r>
        <w:rPr>
          <w:b/>
          <w:color w:val="203A57"/>
        </w:rPr>
        <w:t>Participación en proyectos de investigación</w:t>
      </w:r>
    </w:p>
    <w:p w14:paraId="53F6BFDE" w14:textId="77777777" w:rsidR="005D5823" w:rsidRDefault="00000000">
      <w:r>
        <w:rPr>
          <w:i/>
          <w:color w:val="777777"/>
          <w:sz w:val="16"/>
        </w:rPr>
        <w:t>Investigador/a o equipo · Título · Entidad financiadora · Referencia/código · Centro coordinador · Fechas · Rol.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5D5823" w14:paraId="6FBF5FCA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3C2B99FD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4CB1DD59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1BCAC345" w14:textId="561D537C" w:rsidR="00606C84" w:rsidRPr="00606C84" w:rsidRDefault="00000000">
            <w:pPr>
              <w:spacing w:after="0"/>
              <w:rPr>
                <w:color w:val="777777"/>
                <w:sz w:val="18"/>
              </w:rPr>
            </w:pPr>
            <w:r>
              <w:rPr>
                <w:color w:val="777777"/>
                <w:sz w:val="18"/>
              </w:rPr>
              <w:t>Escribir aquí</w:t>
            </w:r>
          </w:p>
        </w:tc>
      </w:tr>
    </w:tbl>
    <w:p w14:paraId="4FBC7CD4" w14:textId="77777777" w:rsidR="00606C84" w:rsidRDefault="00606C84">
      <w:pPr>
        <w:spacing w:before="60" w:after="0"/>
        <w:rPr>
          <w:b/>
          <w:color w:val="203A57"/>
        </w:rPr>
      </w:pPr>
    </w:p>
    <w:p w14:paraId="20FDD754" w14:textId="77777777" w:rsidR="00606C84" w:rsidRDefault="00606C84">
      <w:pPr>
        <w:spacing w:before="60" w:after="0"/>
        <w:rPr>
          <w:b/>
          <w:color w:val="203A57"/>
        </w:rPr>
      </w:pPr>
    </w:p>
    <w:p w14:paraId="70C7A1D3" w14:textId="77777777" w:rsidR="00606C84" w:rsidRDefault="00606C84">
      <w:pPr>
        <w:spacing w:before="60" w:after="0"/>
        <w:rPr>
          <w:b/>
          <w:color w:val="203A57"/>
        </w:rPr>
      </w:pPr>
    </w:p>
    <w:p w14:paraId="5E856A69" w14:textId="453A8330" w:rsidR="005D5823" w:rsidRDefault="00000000">
      <w:pPr>
        <w:spacing w:before="60" w:after="0"/>
      </w:pPr>
      <w:r>
        <w:rPr>
          <w:b/>
          <w:color w:val="203A57"/>
        </w:rPr>
        <w:t>Comunicaciones a congresos</w:t>
      </w:r>
    </w:p>
    <w:p w14:paraId="3F501822" w14:textId="77777777" w:rsidR="005D5823" w:rsidRDefault="00000000">
      <w:r>
        <w:rPr>
          <w:i/>
          <w:color w:val="777777"/>
          <w:sz w:val="16"/>
        </w:rPr>
        <w:t>Título, autores, congreso, lugar/año y tipo de comunicación.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5D5823" w14:paraId="5AFD4183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7EBAAFF5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3522D60B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40C73401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</w:tbl>
    <w:p w14:paraId="147A2902" w14:textId="77777777" w:rsidR="005D5823" w:rsidRDefault="00000000">
      <w:pPr>
        <w:spacing w:before="60" w:after="0"/>
      </w:pPr>
      <w:r>
        <w:rPr>
          <w:b/>
          <w:color w:val="203A57"/>
        </w:rPr>
        <w:t>Conferencias, ponencias invitadas y cursos impartidos</w:t>
      </w:r>
    </w:p>
    <w:p w14:paraId="2D83F05E" w14:textId="77777777" w:rsidR="005D5823" w:rsidRDefault="00000000">
      <w:r>
        <w:rPr>
          <w:i/>
          <w:color w:val="777777"/>
          <w:sz w:val="16"/>
        </w:rPr>
        <w:t>Actividad, entidad organizadora, lugar/año y rol.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5D5823" w14:paraId="2762886A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39A91A4B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  <w:tr w:rsidR="005D5823" w14:paraId="5657B421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0A1803D5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</w:tbl>
    <w:p w14:paraId="7DA64734" w14:textId="77777777" w:rsidR="005D5823" w:rsidRDefault="005D5823">
      <w:pPr>
        <w:pBdr>
          <w:bottom w:val="single" w:sz="6" w:space="1" w:color="D4DCE2"/>
        </w:pBdr>
        <w:spacing w:before="80"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8476"/>
      </w:tblGrid>
      <w:tr w:rsidR="005D5823" w14:paraId="00878A15" w14:textId="77777777">
        <w:trPr>
          <w:cantSplit/>
        </w:trPr>
        <w:tc>
          <w:tcPr>
            <w:tcW w:w="70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03A57"/>
            <w:tcMar>
              <w:left w:w="0" w:type="dxa"/>
            </w:tcMar>
            <w:vAlign w:val="center"/>
          </w:tcPr>
          <w:p w14:paraId="6F068156" w14:textId="77777777" w:rsidR="005D5823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04</w:t>
            </w:r>
          </w:p>
        </w:tc>
        <w:tc>
          <w:tcPr>
            <w:tcW w:w="847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5"/>
            <w:vAlign w:val="center"/>
          </w:tcPr>
          <w:p w14:paraId="679CAC36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21"/>
              </w:rPr>
              <w:t>FORMACIÓN CONTINUADA · ÚLTIMOS 5 AÑOS</w:t>
            </w:r>
          </w:p>
        </w:tc>
      </w:tr>
    </w:tbl>
    <w:p w14:paraId="6AC901C5" w14:textId="77777777" w:rsidR="005D5823" w:rsidRDefault="005D5823">
      <w:pPr>
        <w:spacing w:before="20" w:after="40"/>
      </w:pPr>
    </w:p>
    <w:p w14:paraId="3C55E0F9" w14:textId="77777777" w:rsidR="005D5823" w:rsidRDefault="00000000">
      <w:pPr>
        <w:spacing w:after="20"/>
      </w:pPr>
      <w:r>
        <w:rPr>
          <w:b/>
          <w:color w:val="203A57"/>
        </w:rPr>
        <w:t>Cursos recibidos</w:t>
      </w:r>
    </w:p>
    <w:p w14:paraId="45A47FCE" w14:textId="77777777" w:rsidR="005D5823" w:rsidRDefault="00000000">
      <w:r>
        <w:rPr>
          <w:i/>
          <w:color w:val="777777"/>
          <w:sz w:val="16"/>
        </w:rPr>
        <w:t>Indicar curso, institución organizadora, fecha/duración y, si procede, acreditación.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5D5823" w14:paraId="7D5772B2" w14:textId="77777777">
        <w:trPr>
          <w:cantSplit/>
        </w:trPr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EEF2F5"/>
            <w:vAlign w:val="center"/>
          </w:tcPr>
          <w:p w14:paraId="52C7E963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Curso / actividad</w:t>
            </w:r>
          </w:p>
        </w:tc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EEF2F5"/>
            <w:vAlign w:val="center"/>
          </w:tcPr>
          <w:p w14:paraId="5A5155DA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Institución · Fecha · Duración / acreditación</w:t>
            </w:r>
          </w:p>
        </w:tc>
      </w:tr>
      <w:tr w:rsidR="005D5823" w14:paraId="436813EA" w14:textId="77777777">
        <w:trPr>
          <w:cantSplit/>
        </w:trPr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1ED80316" w14:textId="77777777" w:rsidR="005D5823" w:rsidRDefault="00000000">
            <w:pPr>
              <w:spacing w:after="0"/>
            </w:pPr>
            <w:r>
              <w:rPr>
                <w:color w:val="777777"/>
                <w:sz w:val="17"/>
              </w:rPr>
              <w:t>Escribir aquí</w:t>
            </w:r>
          </w:p>
        </w:tc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5FFB3689" w14:textId="77777777" w:rsidR="005D5823" w:rsidRDefault="00000000">
            <w:pPr>
              <w:spacing w:after="0"/>
            </w:pPr>
            <w:r>
              <w:rPr>
                <w:color w:val="777777"/>
                <w:sz w:val="17"/>
              </w:rPr>
              <w:t>Escribir aquí</w:t>
            </w:r>
          </w:p>
        </w:tc>
      </w:tr>
      <w:tr w:rsidR="005D5823" w14:paraId="62440098" w14:textId="77777777">
        <w:trPr>
          <w:cantSplit/>
        </w:trPr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0AD0D24D" w14:textId="77777777" w:rsidR="005D5823" w:rsidRDefault="00000000">
            <w:pPr>
              <w:spacing w:after="0"/>
            </w:pPr>
            <w:r>
              <w:rPr>
                <w:color w:val="777777"/>
                <w:sz w:val="17"/>
              </w:rPr>
              <w:t>Escribir aquí</w:t>
            </w:r>
          </w:p>
        </w:tc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082082BB" w14:textId="77777777" w:rsidR="005D5823" w:rsidRDefault="00000000">
            <w:pPr>
              <w:spacing w:after="0"/>
            </w:pPr>
            <w:r>
              <w:rPr>
                <w:color w:val="777777"/>
                <w:sz w:val="17"/>
              </w:rPr>
              <w:t>Escribir aquí</w:t>
            </w:r>
          </w:p>
        </w:tc>
      </w:tr>
      <w:tr w:rsidR="005D5823" w14:paraId="27AD2857" w14:textId="77777777">
        <w:trPr>
          <w:cantSplit/>
        </w:trPr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65D7BE0E" w14:textId="77777777" w:rsidR="005D5823" w:rsidRDefault="00000000">
            <w:pPr>
              <w:spacing w:after="0"/>
            </w:pPr>
            <w:r>
              <w:rPr>
                <w:color w:val="777777"/>
                <w:sz w:val="17"/>
              </w:rPr>
              <w:t>Escribir aquí</w:t>
            </w:r>
          </w:p>
        </w:tc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20A2FC13" w14:textId="77777777" w:rsidR="005D5823" w:rsidRDefault="00000000">
            <w:pPr>
              <w:spacing w:after="0"/>
            </w:pPr>
            <w:r>
              <w:rPr>
                <w:color w:val="777777"/>
                <w:sz w:val="17"/>
              </w:rPr>
              <w:t>Escribir aquí</w:t>
            </w:r>
          </w:p>
        </w:tc>
      </w:tr>
      <w:tr w:rsidR="005D5823" w14:paraId="3A0C38AF" w14:textId="77777777">
        <w:trPr>
          <w:cantSplit/>
        </w:trPr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38F1575D" w14:textId="77777777" w:rsidR="005D5823" w:rsidRDefault="00000000">
            <w:pPr>
              <w:spacing w:after="0"/>
            </w:pPr>
            <w:r>
              <w:rPr>
                <w:color w:val="777777"/>
                <w:sz w:val="17"/>
              </w:rPr>
              <w:t>Escribir aquí</w:t>
            </w:r>
          </w:p>
        </w:tc>
        <w:tc>
          <w:tcPr>
            <w:tcW w:w="51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1DB168BF" w14:textId="77777777" w:rsidR="005D5823" w:rsidRDefault="00000000">
            <w:pPr>
              <w:spacing w:after="0"/>
            </w:pPr>
            <w:r>
              <w:rPr>
                <w:color w:val="777777"/>
                <w:sz w:val="17"/>
              </w:rPr>
              <w:t>Escribir aquí</w:t>
            </w:r>
          </w:p>
        </w:tc>
      </w:tr>
    </w:tbl>
    <w:p w14:paraId="01E76E7D" w14:textId="77777777" w:rsidR="005D5823" w:rsidRDefault="005D5823">
      <w:pPr>
        <w:pBdr>
          <w:bottom w:val="single" w:sz="6" w:space="1" w:color="D4DCE2"/>
        </w:pBdr>
        <w:spacing w:before="80"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8476"/>
      </w:tblGrid>
      <w:tr w:rsidR="005D5823" w14:paraId="333413FD" w14:textId="77777777">
        <w:trPr>
          <w:cantSplit/>
        </w:trPr>
        <w:tc>
          <w:tcPr>
            <w:tcW w:w="70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03A57"/>
            <w:tcMar>
              <w:left w:w="0" w:type="dxa"/>
            </w:tcMar>
            <w:vAlign w:val="center"/>
          </w:tcPr>
          <w:p w14:paraId="26866DE1" w14:textId="77777777" w:rsidR="005D5823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05</w:t>
            </w:r>
          </w:p>
        </w:tc>
        <w:tc>
          <w:tcPr>
            <w:tcW w:w="847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5"/>
            <w:vAlign w:val="center"/>
          </w:tcPr>
          <w:p w14:paraId="0E321AA0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21"/>
              </w:rPr>
              <w:t>PARTICIPACIÓN EN SOCIEDADES CIENTÍFICAS</w:t>
            </w:r>
          </w:p>
        </w:tc>
      </w:tr>
    </w:tbl>
    <w:p w14:paraId="6FEF9CA9" w14:textId="77777777" w:rsidR="005D5823" w:rsidRDefault="005D5823">
      <w:pPr>
        <w:spacing w:before="20" w:after="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5"/>
        <w:gridCol w:w="6009"/>
      </w:tblGrid>
      <w:tr w:rsidR="005D5823" w14:paraId="1376AB3C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5659F1BC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Sociedad Española del Dolor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539B9A2E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Indicar, si procede, cargo / participación / comités</w:t>
            </w:r>
          </w:p>
        </w:tc>
      </w:tr>
      <w:tr w:rsidR="005D5823" w14:paraId="277997F6" w14:textId="77777777">
        <w:trPr>
          <w:cantSplit/>
        </w:trPr>
        <w:tc>
          <w:tcPr>
            <w:tcW w:w="3175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shd w:val="clear" w:color="auto" w:fill="F4F6F8"/>
            <w:vAlign w:val="center"/>
          </w:tcPr>
          <w:p w14:paraId="4A93CC14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17"/>
              </w:rPr>
              <w:t>Otras sociedades</w:t>
            </w:r>
          </w:p>
        </w:tc>
        <w:tc>
          <w:tcPr>
            <w:tcW w:w="6009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2308E659" w14:textId="77777777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Indicar sociedad y cargo / participación</w:t>
            </w:r>
          </w:p>
        </w:tc>
      </w:tr>
    </w:tbl>
    <w:p w14:paraId="7EC7719C" w14:textId="77777777" w:rsidR="005D5823" w:rsidRDefault="005D5823">
      <w:pPr>
        <w:pBdr>
          <w:bottom w:val="single" w:sz="6" w:space="1" w:color="D4DCE2"/>
        </w:pBdr>
        <w:spacing w:before="80"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8476"/>
      </w:tblGrid>
      <w:tr w:rsidR="005D5823" w14:paraId="1D52164E" w14:textId="77777777">
        <w:trPr>
          <w:cantSplit/>
        </w:trPr>
        <w:tc>
          <w:tcPr>
            <w:tcW w:w="70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03A57"/>
            <w:tcMar>
              <w:left w:w="0" w:type="dxa"/>
            </w:tcMar>
            <w:vAlign w:val="center"/>
          </w:tcPr>
          <w:p w14:paraId="445E652F" w14:textId="77777777" w:rsidR="005D5823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06</w:t>
            </w:r>
          </w:p>
        </w:tc>
        <w:tc>
          <w:tcPr>
            <w:tcW w:w="847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5"/>
            <w:vAlign w:val="center"/>
          </w:tcPr>
          <w:p w14:paraId="745C8B1F" w14:textId="77777777" w:rsidR="005D5823" w:rsidRDefault="00000000">
            <w:pPr>
              <w:spacing w:after="0"/>
            </w:pPr>
            <w:r>
              <w:rPr>
                <w:b/>
                <w:color w:val="203A57"/>
                <w:sz w:val="21"/>
              </w:rPr>
              <w:t>MOTIVACIÓN PARA SOLICITAR EL INGRESO</w:t>
            </w:r>
          </w:p>
        </w:tc>
      </w:tr>
    </w:tbl>
    <w:p w14:paraId="712E7358" w14:textId="77777777" w:rsidR="005D5823" w:rsidRDefault="005D5823">
      <w:pPr>
        <w:spacing w:before="20" w:after="40"/>
      </w:pPr>
    </w:p>
    <w:p w14:paraId="1E0BDBF9" w14:textId="77777777" w:rsidR="005D5823" w:rsidRDefault="00000000">
      <w:r>
        <w:rPr>
          <w:i/>
          <w:color w:val="777777"/>
          <w:sz w:val="16"/>
        </w:rPr>
        <w:t>Máximo 3 líneas.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0"/>
      </w:tblGrid>
      <w:tr w:rsidR="005D5823" w14:paraId="2AB0F41D" w14:textId="77777777">
        <w:trPr>
          <w:cantSplit/>
        </w:trPr>
        <w:tc>
          <w:tcPr>
            <w:tcW w:w="10200" w:type="dxa"/>
            <w:tcBorders>
              <w:top w:val="single" w:sz="5" w:space="0" w:color="D4DCE2"/>
              <w:left w:val="single" w:sz="5" w:space="0" w:color="D4DCE2"/>
              <w:bottom w:val="single" w:sz="5" w:space="0" w:color="D4DCE2"/>
              <w:right w:val="single" w:sz="5" w:space="0" w:color="D4DCE2"/>
            </w:tcBorders>
            <w:vAlign w:val="center"/>
          </w:tcPr>
          <w:p w14:paraId="4802B39A" w14:textId="793C45EF" w:rsidR="005D5823" w:rsidRDefault="00000000">
            <w:pPr>
              <w:spacing w:after="0"/>
            </w:pPr>
            <w:r>
              <w:rPr>
                <w:color w:val="777777"/>
                <w:sz w:val="18"/>
              </w:rPr>
              <w:t>Escribir aquí</w:t>
            </w:r>
          </w:p>
        </w:tc>
      </w:tr>
    </w:tbl>
    <w:p w14:paraId="6191B5DB" w14:textId="77777777" w:rsidR="00D72D39" w:rsidRDefault="00D72D39"/>
    <w:sectPr w:rsidR="00D72D39" w:rsidSect="00034616">
      <w:headerReference w:type="default" r:id="rId8"/>
      <w:footerReference w:type="default" r:id="rId9"/>
      <w:pgSz w:w="12240" w:h="15840"/>
      <w:pgMar w:top="1134" w:right="1020" w:bottom="1077" w:left="1020" w:header="369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A3B5C5" w14:textId="77777777" w:rsidR="00D72D39" w:rsidRDefault="00D72D39">
      <w:pPr>
        <w:spacing w:after="0" w:line="240" w:lineRule="auto"/>
      </w:pPr>
      <w:r>
        <w:separator/>
      </w:r>
    </w:p>
  </w:endnote>
  <w:endnote w:type="continuationSeparator" w:id="0">
    <w:p w14:paraId="476C16F9" w14:textId="77777777" w:rsidR="00D72D39" w:rsidRDefault="00D7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881AB" w14:textId="77777777" w:rsidR="005D5823" w:rsidRDefault="00000000">
    <w:pPr>
      <w:pStyle w:val="Piedepgina"/>
    </w:pPr>
    <w:r>
      <w:rPr>
        <w:noProof/>
      </w:rPr>
      <w:drawing>
        <wp:inline distT="0" distB="0" distL="0" distR="0" wp14:anchorId="186A9C0C" wp14:editId="4CF13C65">
          <wp:extent cx="810000" cy="615273"/>
          <wp:effectExtent l="0" t="0" r="0" b="0"/>
          <wp:docPr id="16221434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dde1296-d731-4ad0-bb21-00ff456d5d7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615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777777"/>
        <w:sz w:val="14"/>
      </w:rPr>
      <w:t xml:space="preserve">    Sociedad Española del Dolor  ·  Solicitud de ingreso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25D699" w14:textId="77777777" w:rsidR="00D72D39" w:rsidRDefault="00D72D39">
      <w:pPr>
        <w:spacing w:after="0" w:line="240" w:lineRule="auto"/>
      </w:pPr>
      <w:r>
        <w:separator/>
      </w:r>
    </w:p>
  </w:footnote>
  <w:footnote w:type="continuationSeparator" w:id="0">
    <w:p w14:paraId="2A1839F1" w14:textId="77777777" w:rsidR="00D72D39" w:rsidRDefault="00D7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E4738C" w14:textId="77777777" w:rsidR="005D5823" w:rsidRDefault="00000000">
    <w:pPr>
      <w:pStyle w:val="Encabezado"/>
    </w:pPr>
    <w:r>
      <w:rPr>
        <w:noProof/>
      </w:rPr>
      <w:drawing>
        <wp:inline distT="0" distB="0" distL="0" distR="0" wp14:anchorId="187E94FC" wp14:editId="4B2653D3">
          <wp:extent cx="810000" cy="6152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dde1296-d731-4ad0-bb21-00ff456d5d7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615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0976147">
    <w:abstractNumId w:val="8"/>
  </w:num>
  <w:num w:numId="2" w16cid:durableId="1727876515">
    <w:abstractNumId w:val="6"/>
  </w:num>
  <w:num w:numId="3" w16cid:durableId="2050915720">
    <w:abstractNumId w:val="5"/>
  </w:num>
  <w:num w:numId="4" w16cid:durableId="1197736278">
    <w:abstractNumId w:val="4"/>
  </w:num>
  <w:num w:numId="5" w16cid:durableId="857818443">
    <w:abstractNumId w:val="7"/>
  </w:num>
  <w:num w:numId="6" w16cid:durableId="500118901">
    <w:abstractNumId w:val="3"/>
  </w:num>
  <w:num w:numId="7" w16cid:durableId="1044789374">
    <w:abstractNumId w:val="2"/>
  </w:num>
  <w:num w:numId="8" w16cid:durableId="1518813969">
    <w:abstractNumId w:val="1"/>
  </w:num>
  <w:num w:numId="9" w16cid:durableId="17257904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3316"/>
    <w:rsid w:val="005D5823"/>
    <w:rsid w:val="00606C84"/>
    <w:rsid w:val="0066010A"/>
    <w:rsid w:val="00AA1D8D"/>
    <w:rsid w:val="00B47730"/>
    <w:rsid w:val="00CB0664"/>
    <w:rsid w:val="00CB329A"/>
    <w:rsid w:val="00D72D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61EF5"/>
  <w14:defaultImageDpi w14:val="300"/>
  <w15:docId w15:val="{F2488171-BF90-4C4F-9D39-5F98B12A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Server Salvà</cp:lastModifiedBy>
  <cp:revision>2</cp:revision>
  <dcterms:created xsi:type="dcterms:W3CDTF">2026-08-12T07:04:00Z</dcterms:created>
  <dcterms:modified xsi:type="dcterms:W3CDTF">2026-08-12T07:04:00Z</dcterms:modified>
  <cp:category/>
</cp:coreProperties>
</file>