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BA94FE" w14:textId="77777777" w:rsidR="00DF18B5" w:rsidRDefault="00DF18B5" w:rsidP="00DF18B5">
      <w:pPr>
        <w:pStyle w:val="Ttulo1"/>
        <w:spacing w:before="0"/>
        <w:rPr>
          <w:lang w:val="es-ES"/>
        </w:rPr>
      </w:pPr>
    </w:p>
    <w:p w14:paraId="69035BDA" w14:textId="77777777" w:rsidR="00B4346C" w:rsidRDefault="00B4346C" w:rsidP="00DF18B5">
      <w:pPr>
        <w:pStyle w:val="Ttulo1"/>
        <w:spacing w:before="0"/>
        <w:jc w:val="center"/>
        <w:rPr>
          <w:lang w:val="es-ES"/>
        </w:rPr>
      </w:pPr>
    </w:p>
    <w:p w14:paraId="7080D2C1" w14:textId="35145B67" w:rsidR="00972050" w:rsidRDefault="1AD6D217" w:rsidP="00DF18B5">
      <w:pPr>
        <w:pStyle w:val="Ttulo1"/>
        <w:spacing w:before="0"/>
        <w:jc w:val="center"/>
        <w:rPr>
          <w:lang w:val="es-ES"/>
        </w:rPr>
      </w:pPr>
      <w:r w:rsidRPr="00972050">
        <w:rPr>
          <w:lang w:val="es-ES"/>
        </w:rPr>
        <w:t>Currículum Resumido para Solicitud de Ingreso</w:t>
      </w:r>
    </w:p>
    <w:p w14:paraId="0BE0A68C" w14:textId="6FD8E640" w:rsidR="00B4346C" w:rsidRDefault="00B4346C" w:rsidP="00B4346C">
      <w:pPr>
        <w:pStyle w:val="Ttulo1"/>
        <w:jc w:val="right"/>
        <w:rPr>
          <w:lang w:val="es-ES"/>
        </w:rPr>
      </w:pP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(FOTO</w:t>
      </w:r>
      <w:r>
        <w:rPr>
          <w:lang w:val="es-ES"/>
        </w:rPr>
        <w:t xml:space="preserve"> aspirante</w:t>
      </w:r>
      <w:r>
        <w:rPr>
          <w:lang w:val="es-ES"/>
        </w:rPr>
        <w:t>)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</w:p>
    <w:p w14:paraId="5440F270" w14:textId="3EC1ED75" w:rsidR="003B6ACB" w:rsidRPr="00972050" w:rsidRDefault="00000000" w:rsidP="00972050">
      <w:pPr>
        <w:pStyle w:val="Ttulo1"/>
        <w:rPr>
          <w:lang w:val="es-ES"/>
        </w:rPr>
      </w:pPr>
      <w:r w:rsidRPr="00972050">
        <w:rPr>
          <w:lang w:val="es-ES"/>
        </w:rPr>
        <w:t>Dat</w:t>
      </w:r>
      <w:r w:rsidR="00B4346C">
        <w:rPr>
          <w:lang w:val="es-ES"/>
        </w:rPr>
        <w:t>o</w:t>
      </w:r>
      <w:r w:rsidRPr="00972050">
        <w:rPr>
          <w:lang w:val="es-ES"/>
        </w:rPr>
        <w:t>s personales</w:t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  <w:r w:rsidR="00B4346C">
        <w:rPr>
          <w:lang w:val="es-ES"/>
        </w:rPr>
        <w:tab/>
      </w:r>
    </w:p>
    <w:p w14:paraId="089F4C0D" w14:textId="0A860061" w:rsidR="003B6ACB" w:rsidRDefault="00000000" w:rsidP="00972050">
      <w:pPr>
        <w:spacing w:after="0"/>
        <w:rPr>
          <w:lang w:val="es-ES"/>
        </w:rPr>
      </w:pPr>
      <w:r w:rsidRPr="00972050">
        <w:rPr>
          <w:lang w:val="es-ES"/>
        </w:rPr>
        <w:t xml:space="preserve">Nombre y apellidos: </w:t>
      </w:r>
    </w:p>
    <w:p w14:paraId="6A41BA2D" w14:textId="77777777" w:rsidR="00972050" w:rsidRPr="00972050" w:rsidRDefault="00972050" w:rsidP="00972050">
      <w:pPr>
        <w:spacing w:after="0"/>
        <w:rPr>
          <w:lang w:val="es-ES"/>
        </w:rPr>
      </w:pPr>
      <w:r w:rsidRPr="00972050">
        <w:rPr>
          <w:lang w:val="es-ES"/>
        </w:rPr>
        <w:t xml:space="preserve">Correo electrónico: </w:t>
      </w:r>
    </w:p>
    <w:p w14:paraId="769038B8" w14:textId="77777777" w:rsidR="00972050" w:rsidRPr="00972050" w:rsidRDefault="00972050" w:rsidP="00972050">
      <w:pPr>
        <w:spacing w:after="0"/>
        <w:rPr>
          <w:lang w:val="es-ES"/>
        </w:rPr>
      </w:pPr>
      <w:r w:rsidRPr="00972050">
        <w:rPr>
          <w:lang w:val="es-ES"/>
        </w:rPr>
        <w:t xml:space="preserve">Teléfono: </w:t>
      </w:r>
    </w:p>
    <w:p w14:paraId="0B9D3C80" w14:textId="058ED3E2" w:rsidR="003B6ACB" w:rsidRDefault="00972050" w:rsidP="00972050">
      <w:pPr>
        <w:spacing w:after="0"/>
        <w:rPr>
          <w:lang w:val="es-ES"/>
        </w:rPr>
      </w:pPr>
      <w:r>
        <w:rPr>
          <w:lang w:val="es-ES"/>
        </w:rPr>
        <w:t>Formación académica</w:t>
      </w:r>
      <w:r w:rsidRPr="00972050">
        <w:rPr>
          <w:lang w:val="es-ES"/>
        </w:rPr>
        <w:t xml:space="preserve">: </w:t>
      </w:r>
    </w:p>
    <w:p w14:paraId="0DBCD7CE" w14:textId="7BCD9B91" w:rsidR="00972050" w:rsidRDefault="00972050" w:rsidP="00972050">
      <w:pPr>
        <w:spacing w:after="0"/>
        <w:rPr>
          <w:lang w:val="es-ES"/>
        </w:rPr>
      </w:pPr>
      <w:r>
        <w:rPr>
          <w:lang w:val="es-ES"/>
        </w:rPr>
        <w:tab/>
        <w:t>Grado:</w:t>
      </w:r>
    </w:p>
    <w:p w14:paraId="42FD39C5" w14:textId="44F2D3A7" w:rsidR="00972050" w:rsidRDefault="00972050" w:rsidP="00972050">
      <w:pPr>
        <w:spacing w:after="0"/>
        <w:rPr>
          <w:lang w:val="es-ES"/>
        </w:rPr>
      </w:pPr>
      <w:r>
        <w:rPr>
          <w:lang w:val="es-ES"/>
        </w:rPr>
        <w:tab/>
        <w:t>Máster:</w:t>
      </w:r>
    </w:p>
    <w:p w14:paraId="64C1D68D" w14:textId="04406388" w:rsidR="00B4346C" w:rsidRDefault="00972050" w:rsidP="00972050">
      <w:pPr>
        <w:spacing w:after="0"/>
        <w:rPr>
          <w:lang w:val="es-ES"/>
        </w:rPr>
      </w:pPr>
      <w:r>
        <w:rPr>
          <w:lang w:val="es-ES"/>
        </w:rPr>
        <w:tab/>
        <w:t>Doctorado:</w:t>
      </w:r>
    </w:p>
    <w:p w14:paraId="1B9ED0F9" w14:textId="3A54EDEE" w:rsidR="00B4346C" w:rsidRPr="00972050" w:rsidRDefault="00B4346C" w:rsidP="00972050">
      <w:pPr>
        <w:spacing w:after="0"/>
        <w:rPr>
          <w:lang w:val="es-ES"/>
        </w:rPr>
      </w:pPr>
      <w:r>
        <w:rPr>
          <w:lang w:val="es-ES"/>
        </w:rPr>
        <w:tab/>
        <w:t>Certificaciones nacionales/internacionales:</w:t>
      </w:r>
    </w:p>
    <w:p w14:paraId="0EA5B3A2" w14:textId="53633667" w:rsidR="003B6ACB" w:rsidRPr="00972050" w:rsidRDefault="00000000" w:rsidP="00972050">
      <w:pPr>
        <w:spacing w:after="0"/>
        <w:rPr>
          <w:lang w:val="es-ES"/>
        </w:rPr>
      </w:pPr>
      <w:r w:rsidRPr="00972050">
        <w:rPr>
          <w:lang w:val="es-ES"/>
        </w:rPr>
        <w:t xml:space="preserve">Especialidad: </w:t>
      </w:r>
    </w:p>
    <w:p w14:paraId="72F681A0" w14:textId="09B1070A" w:rsidR="003B6ACB" w:rsidRPr="00972050" w:rsidRDefault="00000000" w:rsidP="00972050">
      <w:pPr>
        <w:spacing w:after="0"/>
        <w:rPr>
          <w:lang w:val="es-ES"/>
        </w:rPr>
      </w:pPr>
      <w:r w:rsidRPr="00972050">
        <w:rPr>
          <w:lang w:val="es-ES"/>
        </w:rPr>
        <w:t>Centro de trabajo</w:t>
      </w:r>
      <w:r w:rsidR="00237C0F">
        <w:rPr>
          <w:lang w:val="es-ES"/>
        </w:rPr>
        <w:t xml:space="preserve"> y fecha de inicio</w:t>
      </w:r>
      <w:r w:rsidRPr="00972050">
        <w:rPr>
          <w:lang w:val="es-ES"/>
        </w:rPr>
        <w:t xml:space="preserve">: </w:t>
      </w:r>
    </w:p>
    <w:p w14:paraId="34B60961" w14:textId="2BF33E40" w:rsidR="003B6ACB" w:rsidRPr="00972050" w:rsidRDefault="00000000" w:rsidP="00972050">
      <w:pPr>
        <w:spacing w:after="0"/>
        <w:rPr>
          <w:lang w:val="es-ES"/>
        </w:rPr>
      </w:pPr>
      <w:r w:rsidRPr="00972050">
        <w:rPr>
          <w:lang w:val="es-ES"/>
        </w:rPr>
        <w:t xml:space="preserve">Ciudad: </w:t>
      </w:r>
    </w:p>
    <w:p w14:paraId="03572C72" w14:textId="77777777" w:rsidR="00972050" w:rsidRDefault="00000000">
      <w:pPr>
        <w:pStyle w:val="Ttulo2"/>
        <w:rPr>
          <w:lang w:val="es-ES"/>
        </w:rPr>
      </w:pPr>
      <w:r w:rsidRPr="00972050">
        <w:rPr>
          <w:lang w:val="es-ES"/>
        </w:rPr>
        <w:t xml:space="preserve">Actividad profesional </w:t>
      </w:r>
      <w:r w:rsidR="00972050">
        <w:rPr>
          <w:lang w:val="es-ES"/>
        </w:rPr>
        <w:t>Previa:</w:t>
      </w:r>
    </w:p>
    <w:p w14:paraId="19F1E920" w14:textId="289A61FB" w:rsidR="00972050" w:rsidRDefault="00972050" w:rsidP="00972050">
      <w:pPr>
        <w:spacing w:after="0"/>
        <w:rPr>
          <w:lang w:val="es-ES"/>
        </w:rPr>
      </w:pPr>
      <w:r>
        <w:rPr>
          <w:lang w:val="es-ES"/>
        </w:rPr>
        <w:t>Centro</w:t>
      </w:r>
      <w:r w:rsidR="00237C0F">
        <w:rPr>
          <w:lang w:val="es-ES"/>
        </w:rPr>
        <w:t>,</w:t>
      </w:r>
      <w:r>
        <w:rPr>
          <w:lang w:val="es-ES"/>
        </w:rPr>
        <w:t xml:space="preserve"> </w:t>
      </w:r>
      <w:r w:rsidR="00237C0F">
        <w:rPr>
          <w:lang w:val="es-ES"/>
        </w:rPr>
        <w:t>p</w:t>
      </w:r>
      <w:r w:rsidRPr="00972050">
        <w:rPr>
          <w:lang w:val="es-ES"/>
        </w:rPr>
        <w:t>uesto</w:t>
      </w:r>
      <w:r w:rsidR="00237C0F">
        <w:rPr>
          <w:lang w:val="es-ES"/>
        </w:rPr>
        <w:t>, fechas</w:t>
      </w:r>
      <w:r w:rsidRPr="00972050">
        <w:rPr>
          <w:lang w:val="es-ES"/>
        </w:rPr>
        <w:t>:</w:t>
      </w:r>
    </w:p>
    <w:p w14:paraId="70893661" w14:textId="44A3E93D" w:rsidR="00972050" w:rsidRPr="00972050" w:rsidRDefault="00972050" w:rsidP="00972050">
      <w:pPr>
        <w:spacing w:after="0"/>
        <w:rPr>
          <w:lang w:val="es-ES"/>
        </w:rPr>
      </w:pPr>
      <w:r>
        <w:rPr>
          <w:lang w:val="es-ES"/>
        </w:rPr>
        <w:t>Centro</w:t>
      </w:r>
      <w:r w:rsidR="00237C0F">
        <w:rPr>
          <w:lang w:val="es-ES"/>
        </w:rPr>
        <w:t>, p</w:t>
      </w:r>
      <w:r w:rsidRPr="00972050">
        <w:rPr>
          <w:lang w:val="es-ES"/>
        </w:rPr>
        <w:t>uesto</w:t>
      </w:r>
      <w:r w:rsidR="00237C0F">
        <w:rPr>
          <w:lang w:val="es-ES"/>
        </w:rPr>
        <w:t>, fechas</w:t>
      </w:r>
      <w:r w:rsidRPr="00972050">
        <w:rPr>
          <w:lang w:val="es-ES"/>
        </w:rPr>
        <w:t xml:space="preserve">: </w:t>
      </w:r>
    </w:p>
    <w:p w14:paraId="4675AFBF" w14:textId="29C0D047" w:rsidR="003B6ACB" w:rsidRPr="00972050" w:rsidRDefault="00B4346C">
      <w:pPr>
        <w:rPr>
          <w:lang w:val="es-ES"/>
        </w:rPr>
      </w:pPr>
      <w:r>
        <w:rPr>
          <w:lang w:val="es-ES"/>
        </w:rPr>
        <w:t>…</w:t>
      </w:r>
    </w:p>
    <w:p w14:paraId="1D2B55B7" w14:textId="388A0D33" w:rsidR="003B6ACB" w:rsidRPr="00972050" w:rsidRDefault="00000000">
      <w:pPr>
        <w:pStyle w:val="Ttulo2"/>
        <w:rPr>
          <w:lang w:val="es-ES"/>
        </w:rPr>
      </w:pPr>
      <w:r w:rsidRPr="00972050">
        <w:rPr>
          <w:lang w:val="es-ES"/>
        </w:rPr>
        <w:t>Actividad científica (últimos 5 años)</w:t>
      </w:r>
      <w:r w:rsidR="00DF18B5">
        <w:rPr>
          <w:lang w:val="es-ES"/>
        </w:rPr>
        <w:t>:</w:t>
      </w:r>
    </w:p>
    <w:p w14:paraId="68697783" w14:textId="17C77C95" w:rsidR="00972050" w:rsidRPr="00972050" w:rsidRDefault="00000000" w:rsidP="00972050">
      <w:pPr>
        <w:rPr>
          <w:lang w:val="es-ES"/>
        </w:rPr>
      </w:pPr>
      <w:r w:rsidRPr="00972050">
        <w:rPr>
          <w:b/>
          <w:bCs/>
          <w:lang w:val="es-ES"/>
        </w:rPr>
        <w:t>Publicaciones</w:t>
      </w:r>
      <w:r w:rsidR="00972050">
        <w:rPr>
          <w:lang w:val="es-ES"/>
        </w:rPr>
        <w:t>: (</w:t>
      </w:r>
      <w:r w:rsidR="00972050" w:rsidRPr="00972050">
        <w:rPr>
          <w:lang w:val="es-ES"/>
        </w:rPr>
        <w:t>Apellido Iniciales</w:t>
      </w:r>
      <w:r w:rsidR="00972050">
        <w:rPr>
          <w:lang w:val="es-ES"/>
        </w:rPr>
        <w:t xml:space="preserve">, Apellido </w:t>
      </w:r>
      <w:proofErr w:type="gramStart"/>
      <w:r w:rsidR="00972050">
        <w:rPr>
          <w:lang w:val="es-ES"/>
        </w:rPr>
        <w:t>Iniciales,…</w:t>
      </w:r>
      <w:proofErr w:type="gramEnd"/>
      <w:r w:rsidR="00972050">
        <w:rPr>
          <w:lang w:val="es-ES"/>
        </w:rPr>
        <w:t>.</w:t>
      </w:r>
      <w:r w:rsidR="00972050" w:rsidRPr="00972050">
        <w:rPr>
          <w:lang w:val="es-ES"/>
        </w:rPr>
        <w:t xml:space="preserve"> Título del artículo. </w:t>
      </w:r>
      <w:r w:rsidR="00972050" w:rsidRPr="00972050">
        <w:rPr>
          <w:i/>
          <w:iCs/>
          <w:lang w:val="es-ES"/>
        </w:rPr>
        <w:t>Revista</w:t>
      </w:r>
      <w:r w:rsidR="00972050" w:rsidRPr="00972050">
        <w:rPr>
          <w:lang w:val="es-ES"/>
        </w:rPr>
        <w:t>. Año;</w:t>
      </w:r>
      <w:r w:rsidR="00972050">
        <w:rPr>
          <w:lang w:val="es-ES"/>
        </w:rPr>
        <w:t xml:space="preserve"> </w:t>
      </w:r>
      <w:proofErr w:type="gramStart"/>
      <w:r w:rsidR="00972050" w:rsidRPr="00972050">
        <w:rPr>
          <w:lang w:val="es-ES"/>
        </w:rPr>
        <w:t>Volumen(</w:t>
      </w:r>
      <w:proofErr w:type="gramEnd"/>
      <w:r w:rsidR="00972050" w:rsidRPr="00972050">
        <w:rPr>
          <w:lang w:val="es-ES"/>
        </w:rPr>
        <w:t>Número</w:t>
      </w:r>
      <w:proofErr w:type="gramStart"/>
      <w:r w:rsidR="00972050" w:rsidRPr="00972050">
        <w:rPr>
          <w:lang w:val="es-ES"/>
        </w:rPr>
        <w:t>):Página</w:t>
      </w:r>
      <w:proofErr w:type="gramEnd"/>
      <w:r w:rsidR="00972050" w:rsidRPr="00972050">
        <w:rPr>
          <w:lang w:val="es-ES"/>
        </w:rPr>
        <w:t xml:space="preserve"> inicial-Página final</w:t>
      </w:r>
    </w:p>
    <w:p w14:paraId="12B60175" w14:textId="11B43B3C" w:rsidR="00972050" w:rsidRPr="00972050" w:rsidRDefault="00000000" w:rsidP="00972050">
      <w:pPr>
        <w:rPr>
          <w:lang w:val="es-ES"/>
        </w:rPr>
      </w:pPr>
      <w:r w:rsidRPr="00972050">
        <w:rPr>
          <w:b/>
          <w:bCs/>
          <w:lang w:val="es-ES"/>
        </w:rPr>
        <w:t>Capítulos de libro</w:t>
      </w:r>
      <w:r w:rsidRPr="00972050">
        <w:rPr>
          <w:lang w:val="es-ES"/>
        </w:rPr>
        <w:t>:</w:t>
      </w:r>
      <w:r w:rsidR="00972050">
        <w:rPr>
          <w:lang w:val="es-ES"/>
        </w:rPr>
        <w:t xml:space="preserve"> (</w:t>
      </w:r>
      <w:r w:rsidR="00972050" w:rsidRPr="00972050">
        <w:rPr>
          <w:lang w:val="es-ES"/>
        </w:rPr>
        <w:t>Autor(es) del capítulo. Título del capítulo. En: Editor(es) del libro, editor(es). Título del libro. Edición. Lugar de publicación: Editorial; Año. p. páginas inicial-final.</w:t>
      </w:r>
      <w:r w:rsidR="00972050">
        <w:rPr>
          <w:lang w:val="es-ES"/>
        </w:rPr>
        <w:t>)</w:t>
      </w:r>
    </w:p>
    <w:p w14:paraId="1F56303E" w14:textId="384B661A" w:rsidR="00DF18B5" w:rsidRPr="00DF18B5" w:rsidRDefault="00972050" w:rsidP="00DF18B5">
      <w:pPr>
        <w:rPr>
          <w:lang w:val="es-ES"/>
        </w:rPr>
      </w:pPr>
      <w:r w:rsidRPr="00972050">
        <w:rPr>
          <w:b/>
          <w:bCs/>
          <w:lang w:val="es-ES"/>
        </w:rPr>
        <w:t>Participación en proyectos de investigación:</w:t>
      </w:r>
      <w:r w:rsidRPr="00972050">
        <w:rPr>
          <w:lang w:val="es-ES"/>
        </w:rPr>
        <w:t xml:space="preserve"> </w:t>
      </w:r>
      <w:r w:rsidR="00DF18B5">
        <w:rPr>
          <w:lang w:val="es-ES"/>
        </w:rPr>
        <w:t>(</w:t>
      </w:r>
      <w:r w:rsidR="00DF18B5" w:rsidRPr="00DF18B5">
        <w:rPr>
          <w:lang w:val="es-ES"/>
        </w:rPr>
        <w:t>Investigador/a (o miembros del equipo). Título del proyecto. Entidad financiadora. Referencia o código del proyecto. Centro coordinador. Fechas de ejecución. Rol desempeñado.</w:t>
      </w:r>
      <w:r w:rsidR="00DF18B5">
        <w:rPr>
          <w:lang w:val="es-ES"/>
        </w:rPr>
        <w:t>)</w:t>
      </w:r>
    </w:p>
    <w:p w14:paraId="37CF33C4" w14:textId="4A51382D" w:rsidR="003B6ACB" w:rsidRPr="00972050" w:rsidRDefault="00000000">
      <w:pPr>
        <w:rPr>
          <w:lang w:val="es-ES"/>
        </w:rPr>
      </w:pPr>
      <w:r w:rsidRPr="00972050">
        <w:rPr>
          <w:b/>
          <w:bCs/>
          <w:lang w:val="es-ES"/>
        </w:rPr>
        <w:t>Comunicaciones a congresos</w:t>
      </w:r>
      <w:r w:rsidRPr="00972050">
        <w:rPr>
          <w:lang w:val="es-ES"/>
        </w:rPr>
        <w:t xml:space="preserve">: </w:t>
      </w:r>
    </w:p>
    <w:p w14:paraId="22761B78" w14:textId="253C4D5D" w:rsidR="003B6ACB" w:rsidRPr="00972050" w:rsidRDefault="00DF18B5">
      <w:pPr>
        <w:rPr>
          <w:lang w:val="es-ES"/>
        </w:rPr>
      </w:pPr>
      <w:r>
        <w:rPr>
          <w:b/>
          <w:bCs/>
          <w:lang w:val="es-ES"/>
        </w:rPr>
        <w:t xml:space="preserve">Conferencias, </w:t>
      </w:r>
      <w:r w:rsidRPr="00972050">
        <w:rPr>
          <w:b/>
          <w:bCs/>
          <w:lang w:val="es-ES"/>
        </w:rPr>
        <w:t>Ponencias invitadas</w:t>
      </w:r>
      <w:r>
        <w:rPr>
          <w:b/>
          <w:bCs/>
          <w:lang w:val="es-ES"/>
        </w:rPr>
        <w:t xml:space="preserve"> y cursos impartidos</w:t>
      </w:r>
      <w:r w:rsidRPr="00972050">
        <w:rPr>
          <w:lang w:val="es-ES"/>
        </w:rPr>
        <w:t>:</w:t>
      </w:r>
    </w:p>
    <w:p w14:paraId="0E3F5917" w14:textId="68FFCDE1" w:rsidR="003B6ACB" w:rsidRPr="00972050" w:rsidRDefault="00000000">
      <w:pPr>
        <w:pStyle w:val="Ttulo2"/>
        <w:rPr>
          <w:lang w:val="es-ES"/>
        </w:rPr>
      </w:pPr>
      <w:r w:rsidRPr="00972050">
        <w:rPr>
          <w:lang w:val="es-ES"/>
        </w:rPr>
        <w:t>Formación continuada (últimos 5 años)</w:t>
      </w:r>
      <w:r w:rsidR="00DF18B5">
        <w:rPr>
          <w:lang w:val="es-ES"/>
        </w:rPr>
        <w:t>:</w:t>
      </w:r>
    </w:p>
    <w:p w14:paraId="28C95A04" w14:textId="1BD497D0" w:rsidR="003B6ACB" w:rsidRPr="00DF18B5" w:rsidRDefault="00000000" w:rsidP="00DF18B5">
      <w:pPr>
        <w:rPr>
          <w:b/>
          <w:bCs/>
          <w:lang w:val="es-ES"/>
        </w:rPr>
      </w:pPr>
      <w:r w:rsidRPr="00DF18B5">
        <w:rPr>
          <w:b/>
          <w:bCs/>
          <w:lang w:val="es-ES"/>
        </w:rPr>
        <w:t xml:space="preserve">Cursos </w:t>
      </w:r>
      <w:r w:rsidR="00DF18B5" w:rsidRPr="00DF18B5">
        <w:rPr>
          <w:b/>
          <w:bCs/>
          <w:lang w:val="es-ES"/>
        </w:rPr>
        <w:t xml:space="preserve">recibidos: </w:t>
      </w:r>
    </w:p>
    <w:p w14:paraId="52C1BE12" w14:textId="5891B5FF" w:rsidR="003B6ACB" w:rsidRPr="00972050" w:rsidRDefault="00000000">
      <w:pPr>
        <w:pStyle w:val="Ttulo2"/>
        <w:rPr>
          <w:lang w:val="es-ES"/>
        </w:rPr>
      </w:pPr>
      <w:r w:rsidRPr="00972050">
        <w:rPr>
          <w:lang w:val="es-ES"/>
        </w:rPr>
        <w:lastRenderedPageBreak/>
        <w:t>Participación en sociedades científicas</w:t>
      </w:r>
      <w:r w:rsidR="00DF18B5">
        <w:rPr>
          <w:lang w:val="es-ES"/>
        </w:rPr>
        <w:t>:</w:t>
      </w:r>
    </w:p>
    <w:p w14:paraId="0A9470EB" w14:textId="648E0796" w:rsidR="003B6ACB" w:rsidRPr="00DF18B5" w:rsidRDefault="00DF18B5">
      <w:pPr>
        <w:rPr>
          <w:b/>
          <w:bCs/>
          <w:lang w:val="es-ES"/>
        </w:rPr>
      </w:pPr>
      <w:r w:rsidRPr="00DF18B5">
        <w:rPr>
          <w:b/>
          <w:bCs/>
          <w:lang w:val="es-ES"/>
        </w:rPr>
        <w:t xml:space="preserve">Otras sociedades: </w:t>
      </w:r>
    </w:p>
    <w:p w14:paraId="7623152B" w14:textId="37C5EF71" w:rsidR="003B6ACB" w:rsidRPr="00972050" w:rsidRDefault="00000000" w:rsidP="00DF18B5">
      <w:pPr>
        <w:pStyle w:val="Ttulo2"/>
        <w:rPr>
          <w:lang w:val="es-ES"/>
        </w:rPr>
      </w:pPr>
      <w:r w:rsidRPr="00972050">
        <w:rPr>
          <w:lang w:val="es-ES"/>
        </w:rPr>
        <w:t xml:space="preserve">Motivación para </w:t>
      </w:r>
      <w:r w:rsidR="00DF18B5">
        <w:rPr>
          <w:lang w:val="es-ES"/>
        </w:rPr>
        <w:t xml:space="preserve">solicitar el ingreso </w:t>
      </w:r>
      <w:r w:rsidRPr="00972050">
        <w:rPr>
          <w:lang w:val="es-ES"/>
        </w:rPr>
        <w:t>(máx. 3 líneas)</w:t>
      </w:r>
      <w:r w:rsidR="00DF18B5">
        <w:rPr>
          <w:lang w:val="es-ES"/>
        </w:rPr>
        <w:t xml:space="preserve">: </w:t>
      </w:r>
    </w:p>
    <w:p w14:paraId="7C0056DE" w14:textId="4CF79F61" w:rsidR="003B6ACB" w:rsidRPr="00DF18B5" w:rsidRDefault="003B6ACB">
      <w:pPr>
        <w:rPr>
          <w:lang w:val="es-ES"/>
        </w:rPr>
      </w:pPr>
    </w:p>
    <w:sectPr w:rsidR="003B6ACB" w:rsidRPr="00DF18B5" w:rsidSect="00DF18B5">
      <w:pgSz w:w="12240" w:h="15840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3774069">
    <w:abstractNumId w:val="8"/>
  </w:num>
  <w:num w:numId="2" w16cid:durableId="214971439">
    <w:abstractNumId w:val="6"/>
  </w:num>
  <w:num w:numId="3" w16cid:durableId="1070807568">
    <w:abstractNumId w:val="5"/>
  </w:num>
  <w:num w:numId="4" w16cid:durableId="1583250757">
    <w:abstractNumId w:val="4"/>
  </w:num>
  <w:num w:numId="5" w16cid:durableId="389496579">
    <w:abstractNumId w:val="7"/>
  </w:num>
  <w:num w:numId="6" w16cid:durableId="228737798">
    <w:abstractNumId w:val="3"/>
  </w:num>
  <w:num w:numId="7" w16cid:durableId="587230425">
    <w:abstractNumId w:val="2"/>
  </w:num>
  <w:num w:numId="8" w16cid:durableId="1592681">
    <w:abstractNumId w:val="1"/>
  </w:num>
  <w:num w:numId="9" w16cid:durableId="9739446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7C0F"/>
    <w:rsid w:val="0029639D"/>
    <w:rsid w:val="002E5E4F"/>
    <w:rsid w:val="0031351E"/>
    <w:rsid w:val="00326F90"/>
    <w:rsid w:val="003B6ACB"/>
    <w:rsid w:val="00961C07"/>
    <w:rsid w:val="00972050"/>
    <w:rsid w:val="00A2737D"/>
    <w:rsid w:val="00AA1D8D"/>
    <w:rsid w:val="00B4346C"/>
    <w:rsid w:val="00B47730"/>
    <w:rsid w:val="00CB0664"/>
    <w:rsid w:val="00DF18B5"/>
    <w:rsid w:val="00FC693F"/>
    <w:rsid w:val="00FE0534"/>
    <w:rsid w:val="1AD6D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A33A9BF-98A9-4BF6-B874-C99DF6D4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Goicoechea García</dc:creator>
  <cp:keywords/>
  <dc:description>generated by python-docx</dc:description>
  <cp:lastModifiedBy>Anna Server Salvà</cp:lastModifiedBy>
  <cp:revision>2</cp:revision>
  <dcterms:created xsi:type="dcterms:W3CDTF">2026-07-15T10:40:00Z</dcterms:created>
  <dcterms:modified xsi:type="dcterms:W3CDTF">2026-07-15T10:40:00Z</dcterms:modified>
  <cp:category/>
</cp:coreProperties>
</file>